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94B4F" w14:textId="4190C8D5" w:rsidR="00246CBD" w:rsidRPr="00C401AE" w:rsidRDefault="00C62458" w:rsidP="00C03656">
      <w:pPr>
        <w:ind w:left="-288" w:right="-432"/>
        <w:rPr>
          <w:rFonts w:asciiTheme="minorBidi" w:hAnsiTheme="minorBidi"/>
        </w:rPr>
      </w:pPr>
      <w:r w:rsidRPr="00DE55B7">
        <w:rPr>
          <w:rFonts w:asciiTheme="minorBidi" w:hAnsiTheme="minorBidi"/>
          <w:b/>
          <w:bCs/>
        </w:rPr>
        <w:t>Dear Reservist Students,</w:t>
      </w:r>
      <w:r w:rsidRPr="00C401AE">
        <w:rPr>
          <w:rFonts w:asciiTheme="minorBidi" w:hAnsiTheme="minorBidi"/>
        </w:rPr>
        <w:br/>
      </w:r>
      <w:r w:rsidRPr="00C401AE">
        <w:rPr>
          <w:rFonts w:asciiTheme="minorBidi" w:hAnsiTheme="minorBidi"/>
        </w:rPr>
        <w:br/>
        <w:t xml:space="preserve">As part of our commitment to providing you with comprehensive support following (and during) your reserve service, we have arranged alternative assessments </w:t>
      </w:r>
      <w:r w:rsidR="00003663" w:rsidRPr="00C401AE">
        <w:rPr>
          <w:rFonts w:asciiTheme="minorBidi" w:hAnsiTheme="minorBidi"/>
        </w:rPr>
        <w:t>on</w:t>
      </w:r>
      <w:r w:rsidRPr="00C401AE">
        <w:rPr>
          <w:rFonts w:asciiTheme="minorBidi" w:hAnsiTheme="minorBidi"/>
        </w:rPr>
        <w:t xml:space="preserve"> many courses. These alternative assessments were coordinated with the lecturers, who wish to support you and ease your ability to meet your academic requirements.</w:t>
      </w:r>
      <w:r w:rsidRPr="00C401AE">
        <w:rPr>
          <w:rFonts w:asciiTheme="minorBidi" w:hAnsiTheme="minorBidi"/>
        </w:rPr>
        <w:br/>
      </w:r>
      <w:r w:rsidRPr="00C401AE">
        <w:rPr>
          <w:rFonts w:asciiTheme="minorBidi" w:hAnsiTheme="minorBidi"/>
        </w:rPr>
        <w:br/>
      </w:r>
      <w:r w:rsidRPr="00DE55B7">
        <w:rPr>
          <w:rFonts w:asciiTheme="minorBidi" w:hAnsiTheme="minorBidi"/>
          <w:b/>
          <w:bCs/>
        </w:rPr>
        <w:t xml:space="preserve">If you meet the eligibility criteria according to the reserve service framework published by the Council for Higher Education (CHE), please submit a request via the Information </w:t>
      </w:r>
      <w:r w:rsidR="00C401AE" w:rsidRPr="00DE55B7">
        <w:rPr>
          <w:rFonts w:asciiTheme="minorBidi" w:hAnsiTheme="minorBidi"/>
          <w:b/>
          <w:bCs/>
          <w:lang w:bidi="he-IL"/>
        </w:rPr>
        <w:t>station</w:t>
      </w:r>
      <w:r w:rsidRPr="00DE55B7">
        <w:rPr>
          <w:rFonts w:asciiTheme="minorBidi" w:hAnsiTheme="minorBidi"/>
          <w:b/>
          <w:bCs/>
        </w:rPr>
        <w:t xml:space="preserve"> to the Student </w:t>
      </w:r>
      <w:r w:rsidR="00C401AE" w:rsidRPr="00DE55B7">
        <w:rPr>
          <w:rFonts w:asciiTheme="minorBidi" w:hAnsiTheme="minorBidi"/>
          <w:b/>
          <w:bCs/>
        </w:rPr>
        <w:t xml:space="preserve">Administration </w:t>
      </w:r>
      <w:r w:rsidRPr="00DE55B7">
        <w:rPr>
          <w:rFonts w:asciiTheme="minorBidi" w:hAnsiTheme="minorBidi"/>
          <w:b/>
          <w:bCs/>
        </w:rPr>
        <w:t>Coordinators</w:t>
      </w:r>
      <w:r w:rsidR="00C401AE" w:rsidRPr="00DE55B7">
        <w:rPr>
          <w:rFonts w:asciiTheme="minorBidi" w:hAnsiTheme="minorBidi"/>
          <w:b/>
          <w:bCs/>
        </w:rPr>
        <w:t xml:space="preserve"> (Miriam Perl/Debbie Joel)</w:t>
      </w:r>
      <w:r w:rsidRPr="00DE55B7">
        <w:rPr>
          <w:rFonts w:asciiTheme="minorBidi" w:hAnsiTheme="minorBidi"/>
          <w:b/>
          <w:bCs/>
        </w:rPr>
        <w:t>.</w:t>
      </w:r>
      <w:r w:rsidRPr="00C401AE">
        <w:rPr>
          <w:rFonts w:asciiTheme="minorBidi" w:hAnsiTheme="minorBidi"/>
        </w:rPr>
        <w:br/>
      </w:r>
      <w:r w:rsidRPr="00C401AE">
        <w:rPr>
          <w:rFonts w:asciiTheme="minorBidi" w:hAnsiTheme="minorBidi"/>
        </w:rPr>
        <w:br/>
        <w:t>Please note the following:</w:t>
      </w:r>
      <w:r w:rsidRPr="00C401AE">
        <w:rPr>
          <w:rFonts w:asciiTheme="minorBidi" w:hAnsiTheme="minorBidi"/>
        </w:rPr>
        <w:br/>
        <w:t>• Requests for alternative assessments must be submitted at least 3 business days before the exam date.</w:t>
      </w:r>
      <w:r w:rsidRPr="00C401AE">
        <w:rPr>
          <w:rFonts w:asciiTheme="minorBidi" w:hAnsiTheme="minorBidi"/>
        </w:rPr>
        <w:br/>
        <w:t>• In courses where the final assessment is already a written assignment, no additional alternative assessment will be granted; however, an extension of the submission deadline may be provided.</w:t>
      </w:r>
    </w:p>
    <w:tbl>
      <w:tblPr>
        <w:tblW w:w="945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"/>
        <w:gridCol w:w="2543"/>
        <w:gridCol w:w="2061"/>
        <w:gridCol w:w="1513"/>
        <w:gridCol w:w="2359"/>
      </w:tblGrid>
      <w:tr w:rsidR="00757348" w:rsidRPr="00C401AE" w14:paraId="5193EC6B" w14:textId="77777777" w:rsidTr="002A4016">
        <w:tc>
          <w:tcPr>
            <w:tcW w:w="974" w:type="dxa"/>
            <w:shd w:val="clear" w:color="auto" w:fill="DBE5F1" w:themeFill="accent1" w:themeFillTint="33"/>
          </w:tcPr>
          <w:p w14:paraId="466AFBD4" w14:textId="77777777" w:rsidR="00246CBD" w:rsidRPr="004975A4" w:rsidRDefault="00C62458">
            <w:pPr>
              <w:rPr>
                <w:rFonts w:asciiTheme="minorBidi" w:hAnsiTheme="minorBidi"/>
                <w:b/>
                <w:bCs/>
              </w:rPr>
            </w:pPr>
            <w:r w:rsidRPr="004975A4">
              <w:rPr>
                <w:rFonts w:asciiTheme="minorBidi" w:hAnsiTheme="minorBidi"/>
                <w:b/>
                <w:bCs/>
              </w:rPr>
              <w:t>Course Code</w:t>
            </w:r>
          </w:p>
        </w:tc>
        <w:tc>
          <w:tcPr>
            <w:tcW w:w="2543" w:type="dxa"/>
            <w:shd w:val="clear" w:color="auto" w:fill="DBE5F1" w:themeFill="accent1" w:themeFillTint="33"/>
          </w:tcPr>
          <w:p w14:paraId="114BBD99" w14:textId="77777777" w:rsidR="00246CBD" w:rsidRPr="004975A4" w:rsidRDefault="00C62458">
            <w:pPr>
              <w:rPr>
                <w:rFonts w:asciiTheme="minorBidi" w:hAnsiTheme="minorBidi"/>
                <w:b/>
                <w:bCs/>
              </w:rPr>
            </w:pPr>
            <w:r w:rsidRPr="004975A4">
              <w:rPr>
                <w:rFonts w:asciiTheme="minorBidi" w:hAnsiTheme="minorBidi"/>
                <w:b/>
                <w:bCs/>
              </w:rPr>
              <w:t>Course Name</w:t>
            </w:r>
          </w:p>
        </w:tc>
        <w:tc>
          <w:tcPr>
            <w:tcW w:w="2061" w:type="dxa"/>
            <w:shd w:val="clear" w:color="auto" w:fill="DBE5F1" w:themeFill="accent1" w:themeFillTint="33"/>
          </w:tcPr>
          <w:p w14:paraId="21B5584C" w14:textId="77777777" w:rsidR="00246CBD" w:rsidRPr="004975A4" w:rsidRDefault="00C62458">
            <w:pPr>
              <w:rPr>
                <w:rFonts w:asciiTheme="minorBidi" w:hAnsiTheme="minorBidi"/>
                <w:b/>
                <w:bCs/>
              </w:rPr>
            </w:pPr>
            <w:r w:rsidRPr="004975A4">
              <w:rPr>
                <w:rFonts w:asciiTheme="minorBidi" w:hAnsiTheme="minorBidi"/>
                <w:b/>
                <w:bCs/>
              </w:rPr>
              <w:t>Lecturer</w:t>
            </w:r>
          </w:p>
        </w:tc>
        <w:tc>
          <w:tcPr>
            <w:tcW w:w="1513" w:type="dxa"/>
            <w:shd w:val="clear" w:color="auto" w:fill="DBE5F1" w:themeFill="accent1" w:themeFillTint="33"/>
          </w:tcPr>
          <w:p w14:paraId="45091A8D" w14:textId="77777777" w:rsidR="00246CBD" w:rsidRPr="004975A4" w:rsidRDefault="00C62458">
            <w:pPr>
              <w:rPr>
                <w:rFonts w:asciiTheme="minorBidi" w:hAnsiTheme="minorBidi"/>
                <w:b/>
                <w:bCs/>
              </w:rPr>
            </w:pPr>
            <w:r w:rsidRPr="004975A4">
              <w:rPr>
                <w:rFonts w:asciiTheme="minorBidi" w:hAnsiTheme="minorBidi"/>
                <w:b/>
                <w:bCs/>
              </w:rPr>
              <w:t>Original Assessment</w:t>
            </w:r>
          </w:p>
        </w:tc>
        <w:tc>
          <w:tcPr>
            <w:tcW w:w="2359" w:type="dxa"/>
            <w:shd w:val="clear" w:color="auto" w:fill="DBE5F1" w:themeFill="accent1" w:themeFillTint="33"/>
          </w:tcPr>
          <w:p w14:paraId="094C5CE1" w14:textId="77777777" w:rsidR="00246CBD" w:rsidRPr="004975A4" w:rsidRDefault="00C62458">
            <w:pPr>
              <w:rPr>
                <w:rFonts w:asciiTheme="minorBidi" w:hAnsiTheme="minorBidi"/>
                <w:b/>
                <w:bCs/>
              </w:rPr>
            </w:pPr>
            <w:r w:rsidRPr="004975A4">
              <w:rPr>
                <w:rFonts w:asciiTheme="minorBidi" w:hAnsiTheme="minorBidi"/>
                <w:b/>
                <w:bCs/>
              </w:rPr>
              <w:t>Alternative Assessment</w:t>
            </w:r>
          </w:p>
        </w:tc>
      </w:tr>
      <w:tr w:rsidR="002A4016" w:rsidRPr="00C401AE" w14:paraId="75A32853" w14:textId="77777777" w:rsidTr="002A4016">
        <w:tc>
          <w:tcPr>
            <w:tcW w:w="974" w:type="dxa"/>
          </w:tcPr>
          <w:p w14:paraId="32E1A60E" w14:textId="0849F087" w:rsidR="002A4016" w:rsidRPr="004975A4" w:rsidRDefault="002A4016" w:rsidP="002A4016">
            <w:pPr>
              <w:rPr>
                <w:rFonts w:asciiTheme="minorBidi" w:hAnsiTheme="minorBidi"/>
                <w:b/>
                <w:bCs/>
              </w:rPr>
            </w:pPr>
            <w:r w:rsidRPr="004975A4">
              <w:rPr>
                <w:rFonts w:asciiTheme="minorBidi" w:hAnsiTheme="minorBidi"/>
                <w:b/>
                <w:bCs/>
              </w:rPr>
              <w:t>245</w:t>
            </w:r>
            <w:r>
              <w:rPr>
                <w:rFonts w:asciiTheme="minorBidi" w:hAnsiTheme="minorBidi"/>
                <w:b/>
                <w:bCs/>
              </w:rPr>
              <w:t>1</w:t>
            </w:r>
          </w:p>
        </w:tc>
        <w:tc>
          <w:tcPr>
            <w:tcW w:w="2543" w:type="dxa"/>
          </w:tcPr>
          <w:p w14:paraId="15AC311E" w14:textId="40A0F626" w:rsidR="002A4016" w:rsidRPr="00C401AE" w:rsidRDefault="002A4016" w:rsidP="002A4016">
            <w:pPr>
              <w:rPr>
                <w:rFonts w:asciiTheme="minorBidi" w:hAnsiTheme="minorBidi"/>
              </w:rPr>
            </w:pPr>
            <w:r w:rsidRPr="009014AF">
              <w:rPr>
                <w:rFonts w:asciiTheme="minorBidi" w:hAnsiTheme="minorBidi"/>
              </w:rPr>
              <w:t>Digital Marketing for Entrepreneurs</w:t>
            </w:r>
          </w:p>
        </w:tc>
        <w:tc>
          <w:tcPr>
            <w:tcW w:w="2061" w:type="dxa"/>
          </w:tcPr>
          <w:p w14:paraId="09E51110" w14:textId="6A81301E" w:rsidR="002A4016" w:rsidRPr="00C401AE" w:rsidRDefault="002A4016" w:rsidP="002A4016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Ofir Richman</w:t>
            </w:r>
          </w:p>
        </w:tc>
        <w:tc>
          <w:tcPr>
            <w:tcW w:w="1513" w:type="dxa"/>
          </w:tcPr>
          <w:p w14:paraId="33CC3907" w14:textId="21A01CC8" w:rsidR="002A4016" w:rsidRPr="00C401AE" w:rsidRDefault="002A4016" w:rsidP="002A4016">
            <w:pPr>
              <w:rPr>
                <w:rFonts w:asciiTheme="minorBidi" w:hAnsiTheme="minorBidi"/>
              </w:rPr>
            </w:pPr>
            <w:r w:rsidRPr="00C401AE">
              <w:rPr>
                <w:rFonts w:asciiTheme="minorBidi" w:hAnsiTheme="minorBidi"/>
              </w:rPr>
              <w:t>Exam</w:t>
            </w:r>
          </w:p>
        </w:tc>
        <w:tc>
          <w:tcPr>
            <w:tcW w:w="2359" w:type="dxa"/>
          </w:tcPr>
          <w:p w14:paraId="3CB48D72" w14:textId="4F2BBA22" w:rsidR="002A4016" w:rsidRPr="00C401AE" w:rsidRDefault="002A4016" w:rsidP="002A4016">
            <w:pPr>
              <w:rPr>
                <w:rFonts w:asciiTheme="minorBidi" w:hAnsiTheme="minorBidi"/>
              </w:rPr>
            </w:pPr>
            <w:r w:rsidRPr="00C401AE">
              <w:rPr>
                <w:rFonts w:asciiTheme="minorBidi" w:hAnsiTheme="minorBidi"/>
              </w:rPr>
              <w:t>Assignment</w:t>
            </w:r>
          </w:p>
        </w:tc>
      </w:tr>
      <w:tr w:rsidR="00757348" w:rsidRPr="00C401AE" w14:paraId="70F15E1D" w14:textId="77777777" w:rsidTr="002A4016">
        <w:tc>
          <w:tcPr>
            <w:tcW w:w="974" w:type="dxa"/>
          </w:tcPr>
          <w:p w14:paraId="0F4EF729" w14:textId="2F665817" w:rsidR="00C401AE" w:rsidRPr="004975A4" w:rsidRDefault="000E3B0B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</w:rPr>
              <w:t>2457</w:t>
            </w:r>
          </w:p>
        </w:tc>
        <w:tc>
          <w:tcPr>
            <w:tcW w:w="2543" w:type="dxa"/>
          </w:tcPr>
          <w:p w14:paraId="636C8EDF" w14:textId="2530EF77" w:rsidR="00C401AE" w:rsidRPr="00C401AE" w:rsidRDefault="002868DF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Entrepreneurship and</w:t>
            </w:r>
            <w:r w:rsidR="009014AF">
              <w:rPr>
                <w:rFonts w:asciiTheme="minorBidi" w:hAnsiTheme="minorBidi"/>
              </w:rPr>
              <w:t xml:space="preserve"> Innovation Within Organization</w:t>
            </w:r>
            <w:r w:rsidR="00C401AE" w:rsidRPr="00C401AE">
              <w:rPr>
                <w:rFonts w:asciiTheme="minorBidi" w:hAnsiTheme="minorBidi"/>
              </w:rPr>
              <w:t xml:space="preserve"> </w:t>
            </w:r>
          </w:p>
        </w:tc>
        <w:tc>
          <w:tcPr>
            <w:tcW w:w="2061" w:type="dxa"/>
          </w:tcPr>
          <w:p w14:paraId="56B1FCF1" w14:textId="28AE4BB2" w:rsidR="00C401AE" w:rsidRPr="00C401AE" w:rsidRDefault="009014AF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Michal Ben David</w:t>
            </w:r>
          </w:p>
        </w:tc>
        <w:tc>
          <w:tcPr>
            <w:tcW w:w="1513" w:type="dxa"/>
          </w:tcPr>
          <w:p w14:paraId="05419407" w14:textId="49BDDD48" w:rsidR="00C401AE" w:rsidRPr="00C401AE" w:rsidRDefault="00C401AE">
            <w:pPr>
              <w:rPr>
                <w:rFonts w:asciiTheme="minorBidi" w:hAnsiTheme="minorBidi"/>
              </w:rPr>
            </w:pPr>
            <w:r w:rsidRPr="00C401AE">
              <w:rPr>
                <w:rFonts w:asciiTheme="minorBidi" w:hAnsiTheme="minorBidi"/>
              </w:rPr>
              <w:t>Exam</w:t>
            </w:r>
          </w:p>
        </w:tc>
        <w:tc>
          <w:tcPr>
            <w:tcW w:w="2359" w:type="dxa"/>
          </w:tcPr>
          <w:p w14:paraId="3FD8884A" w14:textId="68F4D2CA" w:rsidR="00C401AE" w:rsidRPr="00C401AE" w:rsidRDefault="00C401AE">
            <w:pPr>
              <w:rPr>
                <w:rFonts w:asciiTheme="minorBidi" w:hAnsiTheme="minorBidi"/>
              </w:rPr>
            </w:pPr>
            <w:r w:rsidRPr="00C401AE">
              <w:rPr>
                <w:rFonts w:asciiTheme="minorBidi" w:hAnsiTheme="minorBidi"/>
              </w:rPr>
              <w:t>Assignment</w:t>
            </w:r>
          </w:p>
        </w:tc>
      </w:tr>
      <w:tr w:rsidR="0046083C" w:rsidRPr="00C401AE" w14:paraId="7DFC0C72" w14:textId="77777777" w:rsidTr="002A4016">
        <w:tc>
          <w:tcPr>
            <w:tcW w:w="974" w:type="dxa"/>
          </w:tcPr>
          <w:p w14:paraId="76B47990" w14:textId="507764C6" w:rsidR="0046083C" w:rsidRPr="004975A4" w:rsidRDefault="0046083C" w:rsidP="0046083C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</w:rPr>
              <w:t>5047</w:t>
            </w:r>
          </w:p>
        </w:tc>
        <w:tc>
          <w:tcPr>
            <w:tcW w:w="2543" w:type="dxa"/>
          </w:tcPr>
          <w:p w14:paraId="04A89369" w14:textId="7761B57A" w:rsidR="0046083C" w:rsidRPr="00C401AE" w:rsidRDefault="0046083C" w:rsidP="0046083C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Entrepreneurship and Innovation Within Organization</w:t>
            </w:r>
            <w:r w:rsidRPr="00C401AE">
              <w:rPr>
                <w:rFonts w:asciiTheme="minorBidi" w:hAnsiTheme="minorBidi"/>
              </w:rPr>
              <w:t xml:space="preserve"> </w:t>
            </w:r>
          </w:p>
        </w:tc>
        <w:tc>
          <w:tcPr>
            <w:tcW w:w="2061" w:type="dxa"/>
          </w:tcPr>
          <w:p w14:paraId="522BCDA1" w14:textId="0432A3AC" w:rsidR="0046083C" w:rsidRPr="00C401AE" w:rsidRDefault="0046083C" w:rsidP="0046083C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Michal Ben David</w:t>
            </w:r>
          </w:p>
        </w:tc>
        <w:tc>
          <w:tcPr>
            <w:tcW w:w="1513" w:type="dxa"/>
          </w:tcPr>
          <w:p w14:paraId="757C72F3" w14:textId="77A83124" w:rsidR="0046083C" w:rsidRPr="00C401AE" w:rsidRDefault="0046083C" w:rsidP="0046083C">
            <w:pPr>
              <w:rPr>
                <w:rFonts w:asciiTheme="minorBidi" w:hAnsiTheme="minorBidi"/>
              </w:rPr>
            </w:pPr>
            <w:r w:rsidRPr="00C401AE">
              <w:rPr>
                <w:rFonts w:asciiTheme="minorBidi" w:hAnsiTheme="minorBidi"/>
              </w:rPr>
              <w:t>Exam</w:t>
            </w:r>
          </w:p>
        </w:tc>
        <w:tc>
          <w:tcPr>
            <w:tcW w:w="2359" w:type="dxa"/>
          </w:tcPr>
          <w:p w14:paraId="4252CFD6" w14:textId="5A280417" w:rsidR="0046083C" w:rsidRPr="00C401AE" w:rsidRDefault="0046083C" w:rsidP="0046083C">
            <w:pPr>
              <w:rPr>
                <w:rFonts w:asciiTheme="minorBidi" w:hAnsiTheme="minorBidi"/>
              </w:rPr>
            </w:pPr>
            <w:r w:rsidRPr="00C401AE">
              <w:rPr>
                <w:rFonts w:asciiTheme="minorBidi" w:hAnsiTheme="minorBidi"/>
              </w:rPr>
              <w:t>Assignment</w:t>
            </w:r>
          </w:p>
        </w:tc>
      </w:tr>
      <w:tr w:rsidR="00B31E27" w:rsidRPr="00C401AE" w14:paraId="65809687" w14:textId="77777777" w:rsidTr="002A4016">
        <w:tc>
          <w:tcPr>
            <w:tcW w:w="974" w:type="dxa"/>
          </w:tcPr>
          <w:p w14:paraId="2FBD333D" w14:textId="30DB8480" w:rsidR="00B31E27" w:rsidRPr="00C401AE" w:rsidRDefault="00B31E27" w:rsidP="00B31E2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b/>
                <w:bCs/>
              </w:rPr>
              <w:t>3941</w:t>
            </w:r>
          </w:p>
        </w:tc>
        <w:tc>
          <w:tcPr>
            <w:tcW w:w="2543" w:type="dxa"/>
          </w:tcPr>
          <w:p w14:paraId="08637D0F" w14:textId="76257564" w:rsidR="00B31E27" w:rsidRPr="00C401AE" w:rsidRDefault="00B31E27" w:rsidP="00B31E2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Financial Management and Entrepreneurial </w:t>
            </w:r>
            <w:r w:rsidR="00EF6BB6">
              <w:rPr>
                <w:rFonts w:asciiTheme="minorBidi" w:hAnsiTheme="minorBidi"/>
              </w:rPr>
              <w:t>Finance</w:t>
            </w:r>
          </w:p>
        </w:tc>
        <w:tc>
          <w:tcPr>
            <w:tcW w:w="2061" w:type="dxa"/>
          </w:tcPr>
          <w:p w14:paraId="6BC17061" w14:textId="6786E653" w:rsidR="00B31E27" w:rsidRPr="00C401AE" w:rsidRDefault="00B31E27" w:rsidP="00B31E27">
            <w:pPr>
              <w:rPr>
                <w:rFonts w:asciiTheme="minorBidi" w:hAnsiTheme="minorBidi"/>
              </w:rPr>
            </w:pPr>
            <w:r w:rsidRPr="00C401AE">
              <w:rPr>
                <w:rFonts w:asciiTheme="minorBidi" w:hAnsiTheme="minorBidi"/>
              </w:rPr>
              <w:t xml:space="preserve">Tal </w:t>
            </w:r>
            <w:proofErr w:type="spellStart"/>
            <w:r w:rsidRPr="00C401AE">
              <w:rPr>
                <w:rFonts w:asciiTheme="minorBidi" w:hAnsiTheme="minorBidi"/>
              </w:rPr>
              <w:t>M</w:t>
            </w:r>
            <w:r>
              <w:rPr>
                <w:rFonts w:asciiTheme="minorBidi" w:hAnsiTheme="minorBidi"/>
              </w:rPr>
              <w:t>u</w:t>
            </w:r>
            <w:r w:rsidRPr="00C401AE">
              <w:rPr>
                <w:rFonts w:asciiTheme="minorBidi" w:hAnsiTheme="minorBidi"/>
              </w:rPr>
              <w:t>fkadi</w:t>
            </w:r>
            <w:proofErr w:type="spellEnd"/>
          </w:p>
        </w:tc>
        <w:tc>
          <w:tcPr>
            <w:tcW w:w="1513" w:type="dxa"/>
          </w:tcPr>
          <w:p w14:paraId="77012176" w14:textId="467E960D" w:rsidR="00B31E27" w:rsidRPr="00C401AE" w:rsidRDefault="00B31E27" w:rsidP="00B31E27">
            <w:pPr>
              <w:rPr>
                <w:rFonts w:asciiTheme="minorBidi" w:hAnsiTheme="minorBidi"/>
              </w:rPr>
            </w:pPr>
            <w:r w:rsidRPr="00C401AE">
              <w:rPr>
                <w:rFonts w:asciiTheme="minorBidi" w:hAnsiTheme="minorBidi"/>
              </w:rPr>
              <w:t>Exam</w:t>
            </w:r>
          </w:p>
        </w:tc>
        <w:tc>
          <w:tcPr>
            <w:tcW w:w="2359" w:type="dxa"/>
          </w:tcPr>
          <w:p w14:paraId="016D9F30" w14:textId="40890274" w:rsidR="00B31E27" w:rsidRPr="00C401AE" w:rsidRDefault="00407F86" w:rsidP="00B31E27">
            <w:pPr>
              <w:rPr>
                <w:rFonts w:asciiTheme="minorBidi" w:hAnsiTheme="minorBidi"/>
              </w:rPr>
            </w:pPr>
            <w:r w:rsidRPr="005F49C8">
              <w:rPr>
                <w:rFonts w:asciiTheme="minorBidi" w:hAnsiTheme="minorBidi"/>
              </w:rPr>
              <w:t>Modified exam</w:t>
            </w:r>
          </w:p>
        </w:tc>
      </w:tr>
      <w:tr w:rsidR="00F90EAC" w:rsidRPr="00C401AE" w14:paraId="7374D271" w14:textId="77777777" w:rsidTr="002A4016">
        <w:tc>
          <w:tcPr>
            <w:tcW w:w="974" w:type="dxa"/>
          </w:tcPr>
          <w:p w14:paraId="3BFD1CE8" w14:textId="5B4EA632" w:rsidR="00F90EAC" w:rsidRDefault="00F90EAC" w:rsidP="00F90EAC">
            <w:pPr>
              <w:rPr>
                <w:rFonts w:asciiTheme="minorBidi" w:hAnsiTheme="minorBidi"/>
                <w:b/>
                <w:bCs/>
                <w:lang w:bidi="he-IL"/>
              </w:rPr>
            </w:pPr>
            <w:r>
              <w:rPr>
                <w:rFonts w:asciiTheme="minorBidi" w:hAnsiTheme="minorBidi" w:hint="cs"/>
                <w:b/>
                <w:bCs/>
                <w:rtl/>
                <w:lang w:bidi="he-IL"/>
              </w:rPr>
              <w:t>5391</w:t>
            </w:r>
          </w:p>
        </w:tc>
        <w:tc>
          <w:tcPr>
            <w:tcW w:w="2543" w:type="dxa"/>
          </w:tcPr>
          <w:p w14:paraId="784AB85C" w14:textId="6097BB27" w:rsidR="00F90EAC" w:rsidRDefault="00F90EAC" w:rsidP="00F90EAC">
            <w:pPr>
              <w:rPr>
                <w:rFonts w:asciiTheme="minorBidi" w:hAnsiTheme="minorBidi"/>
              </w:rPr>
            </w:pPr>
            <w:r w:rsidRPr="009014AF">
              <w:rPr>
                <w:rFonts w:asciiTheme="minorBidi" w:hAnsiTheme="minorBidi"/>
              </w:rPr>
              <w:t>Digital Marketing for Entrepreneurs</w:t>
            </w:r>
          </w:p>
        </w:tc>
        <w:tc>
          <w:tcPr>
            <w:tcW w:w="2061" w:type="dxa"/>
          </w:tcPr>
          <w:p w14:paraId="658F9795" w14:textId="37F3B1A4" w:rsidR="00F90EAC" w:rsidRPr="00C401AE" w:rsidRDefault="00F90EAC" w:rsidP="00F90EAC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Ofir Richman</w:t>
            </w:r>
          </w:p>
        </w:tc>
        <w:tc>
          <w:tcPr>
            <w:tcW w:w="1513" w:type="dxa"/>
          </w:tcPr>
          <w:p w14:paraId="50B71A33" w14:textId="1AF2BEB1" w:rsidR="00F90EAC" w:rsidRPr="00C401AE" w:rsidRDefault="00F90EAC" w:rsidP="00F90EAC">
            <w:pPr>
              <w:rPr>
                <w:rFonts w:asciiTheme="minorBidi" w:hAnsiTheme="minorBidi"/>
              </w:rPr>
            </w:pPr>
            <w:r w:rsidRPr="00C401AE">
              <w:rPr>
                <w:rFonts w:asciiTheme="minorBidi" w:hAnsiTheme="minorBidi"/>
              </w:rPr>
              <w:t>Exam</w:t>
            </w:r>
          </w:p>
        </w:tc>
        <w:tc>
          <w:tcPr>
            <w:tcW w:w="2359" w:type="dxa"/>
          </w:tcPr>
          <w:p w14:paraId="1B750606" w14:textId="6D8A452B" w:rsidR="00F90EAC" w:rsidRPr="00C401AE" w:rsidRDefault="00F90EAC" w:rsidP="00F90EAC">
            <w:pPr>
              <w:rPr>
                <w:rFonts w:asciiTheme="minorBidi" w:hAnsiTheme="minorBidi"/>
              </w:rPr>
            </w:pPr>
            <w:r w:rsidRPr="00C401AE">
              <w:rPr>
                <w:rFonts w:asciiTheme="minorBidi" w:hAnsiTheme="minorBidi"/>
              </w:rPr>
              <w:t>Assignment</w:t>
            </w:r>
          </w:p>
        </w:tc>
      </w:tr>
      <w:tr w:rsidR="00F90EAC" w:rsidRPr="00C401AE" w14:paraId="2BFC8B9D" w14:textId="77777777" w:rsidTr="002A4016">
        <w:tc>
          <w:tcPr>
            <w:tcW w:w="974" w:type="dxa"/>
          </w:tcPr>
          <w:p w14:paraId="111BABB0" w14:textId="17938BB1" w:rsidR="00F90EAC" w:rsidRPr="004975A4" w:rsidRDefault="00F90EAC" w:rsidP="00F90EAC">
            <w:pPr>
              <w:rPr>
                <w:rFonts w:asciiTheme="minorBidi" w:hAnsiTheme="minorBidi"/>
                <w:b/>
                <w:bCs/>
                <w:lang w:bidi="he-IL"/>
              </w:rPr>
            </w:pPr>
            <w:r>
              <w:rPr>
                <w:rFonts w:asciiTheme="minorBidi" w:hAnsiTheme="minorBidi" w:hint="cs"/>
                <w:b/>
                <w:bCs/>
                <w:rtl/>
                <w:lang w:bidi="he-IL"/>
              </w:rPr>
              <w:t>5440</w:t>
            </w:r>
          </w:p>
        </w:tc>
        <w:tc>
          <w:tcPr>
            <w:tcW w:w="2543" w:type="dxa"/>
          </w:tcPr>
          <w:p w14:paraId="6D963A6E" w14:textId="7019E1F5" w:rsidR="00F90EAC" w:rsidRPr="00C401AE" w:rsidRDefault="00F90EAC" w:rsidP="00F90EAC">
            <w:pPr>
              <w:rPr>
                <w:rFonts w:asciiTheme="minorBidi" w:hAnsiTheme="minorBidi"/>
              </w:rPr>
            </w:pPr>
            <w:r w:rsidRPr="00132748">
              <w:rPr>
                <w:rFonts w:asciiTheme="minorBidi" w:hAnsiTheme="minorBidi"/>
              </w:rPr>
              <w:t>Power and Influence in Entrepreneurship</w:t>
            </w:r>
          </w:p>
        </w:tc>
        <w:tc>
          <w:tcPr>
            <w:tcW w:w="2061" w:type="dxa"/>
          </w:tcPr>
          <w:p w14:paraId="374C7058" w14:textId="215C081D" w:rsidR="00F90EAC" w:rsidRPr="00C401AE" w:rsidRDefault="00F90EAC" w:rsidP="00F90EAC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Yasmin Lukatz</w:t>
            </w:r>
          </w:p>
        </w:tc>
        <w:tc>
          <w:tcPr>
            <w:tcW w:w="1513" w:type="dxa"/>
          </w:tcPr>
          <w:p w14:paraId="0A7EA67B" w14:textId="3CF40783" w:rsidR="00F90EAC" w:rsidRPr="00C401AE" w:rsidRDefault="00F90EAC" w:rsidP="00F90EAC">
            <w:pPr>
              <w:rPr>
                <w:rFonts w:asciiTheme="minorBidi" w:hAnsiTheme="minorBidi"/>
              </w:rPr>
            </w:pPr>
            <w:r w:rsidRPr="00C401AE">
              <w:rPr>
                <w:rFonts w:asciiTheme="minorBidi" w:hAnsiTheme="minorBidi"/>
              </w:rPr>
              <w:t>Exam</w:t>
            </w:r>
          </w:p>
        </w:tc>
        <w:tc>
          <w:tcPr>
            <w:tcW w:w="2359" w:type="dxa"/>
          </w:tcPr>
          <w:p w14:paraId="37C56D3D" w14:textId="14B77801" w:rsidR="00F90EAC" w:rsidRPr="00C401AE" w:rsidRDefault="003C0AE0" w:rsidP="00F90EAC">
            <w:pPr>
              <w:rPr>
                <w:rFonts w:asciiTheme="minorBidi" w:hAnsiTheme="minorBidi"/>
              </w:rPr>
            </w:pPr>
            <w:r w:rsidRPr="005F49C8">
              <w:rPr>
                <w:rFonts w:asciiTheme="minorBidi" w:hAnsiTheme="minorBidi"/>
              </w:rPr>
              <w:t>Modified exam</w:t>
            </w:r>
          </w:p>
        </w:tc>
      </w:tr>
      <w:tr w:rsidR="00F90EAC" w:rsidRPr="00C401AE" w14:paraId="10DBAFC5" w14:textId="77777777" w:rsidTr="002A4016">
        <w:tc>
          <w:tcPr>
            <w:tcW w:w="974" w:type="dxa"/>
          </w:tcPr>
          <w:p w14:paraId="1284C055" w14:textId="03E13E4E" w:rsidR="00F90EAC" w:rsidRPr="004975A4" w:rsidRDefault="00F90EAC" w:rsidP="00F90EAC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</w:rPr>
              <w:t>5454</w:t>
            </w:r>
          </w:p>
        </w:tc>
        <w:tc>
          <w:tcPr>
            <w:tcW w:w="2543" w:type="dxa"/>
          </w:tcPr>
          <w:p w14:paraId="09D33C7F" w14:textId="1FEDBC09" w:rsidR="00F90EAC" w:rsidRPr="00C401AE" w:rsidRDefault="00F90EAC" w:rsidP="00F90EAC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Human Capital in Innovative Ventures and Organizations</w:t>
            </w:r>
            <w:r w:rsidRPr="00C401AE">
              <w:rPr>
                <w:rFonts w:asciiTheme="minorBidi" w:hAnsiTheme="minorBidi"/>
              </w:rPr>
              <w:t xml:space="preserve"> Entrepreneurs</w:t>
            </w:r>
          </w:p>
        </w:tc>
        <w:tc>
          <w:tcPr>
            <w:tcW w:w="2061" w:type="dxa"/>
          </w:tcPr>
          <w:p w14:paraId="07C48FC9" w14:textId="67461535" w:rsidR="00F90EAC" w:rsidRPr="00C401AE" w:rsidRDefault="00F90EAC" w:rsidP="00F90EAC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Tamar Almor</w:t>
            </w:r>
          </w:p>
        </w:tc>
        <w:tc>
          <w:tcPr>
            <w:tcW w:w="1513" w:type="dxa"/>
          </w:tcPr>
          <w:p w14:paraId="1ACCB59D" w14:textId="1A42C2CC" w:rsidR="00F90EAC" w:rsidRPr="00C401AE" w:rsidRDefault="00F90EAC" w:rsidP="00F90EAC">
            <w:pPr>
              <w:rPr>
                <w:rFonts w:asciiTheme="minorBidi" w:hAnsiTheme="minorBidi"/>
              </w:rPr>
            </w:pPr>
            <w:r w:rsidRPr="00C401AE">
              <w:rPr>
                <w:rFonts w:asciiTheme="minorBidi" w:hAnsiTheme="minorBidi"/>
              </w:rPr>
              <w:t>Exam</w:t>
            </w:r>
          </w:p>
        </w:tc>
        <w:tc>
          <w:tcPr>
            <w:tcW w:w="2359" w:type="dxa"/>
          </w:tcPr>
          <w:p w14:paraId="3A60063A" w14:textId="0E37C9C7" w:rsidR="00F90EAC" w:rsidRPr="00C401AE" w:rsidRDefault="00F90EAC" w:rsidP="00F90EAC">
            <w:pPr>
              <w:rPr>
                <w:rFonts w:asciiTheme="minorBidi" w:hAnsiTheme="minorBidi"/>
              </w:rPr>
            </w:pPr>
            <w:r w:rsidRPr="00C401AE">
              <w:rPr>
                <w:rFonts w:asciiTheme="minorBidi" w:hAnsiTheme="minorBidi"/>
              </w:rPr>
              <w:t>Assignment</w:t>
            </w:r>
          </w:p>
        </w:tc>
      </w:tr>
      <w:tr w:rsidR="00F90EAC" w:rsidRPr="00C401AE" w14:paraId="6CAED427" w14:textId="77777777" w:rsidTr="002A4016">
        <w:tc>
          <w:tcPr>
            <w:tcW w:w="974" w:type="dxa"/>
          </w:tcPr>
          <w:p w14:paraId="56F2E418" w14:textId="511203AD" w:rsidR="00F90EAC" w:rsidRPr="00C401AE" w:rsidRDefault="00F90EAC" w:rsidP="00F90EAC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b/>
                <w:bCs/>
              </w:rPr>
              <w:lastRenderedPageBreak/>
              <w:t>5462</w:t>
            </w:r>
          </w:p>
        </w:tc>
        <w:tc>
          <w:tcPr>
            <w:tcW w:w="2543" w:type="dxa"/>
          </w:tcPr>
          <w:p w14:paraId="3F254A28" w14:textId="43AA288E" w:rsidR="00F90EAC" w:rsidRPr="00C401AE" w:rsidRDefault="00F90EAC" w:rsidP="00F90EAC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Fundamentals of Accounting</w:t>
            </w:r>
          </w:p>
        </w:tc>
        <w:tc>
          <w:tcPr>
            <w:tcW w:w="2061" w:type="dxa"/>
          </w:tcPr>
          <w:p w14:paraId="149AA76B" w14:textId="324DB3E2" w:rsidR="00F90EAC" w:rsidRPr="00C401AE" w:rsidRDefault="00F90EAC" w:rsidP="00F90EAC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Eran Iohan</w:t>
            </w:r>
          </w:p>
        </w:tc>
        <w:tc>
          <w:tcPr>
            <w:tcW w:w="1513" w:type="dxa"/>
          </w:tcPr>
          <w:p w14:paraId="0C1560E8" w14:textId="03427591" w:rsidR="00F90EAC" w:rsidRPr="00C401AE" w:rsidRDefault="00F90EAC" w:rsidP="00F90EAC">
            <w:pPr>
              <w:rPr>
                <w:rFonts w:asciiTheme="minorBidi" w:hAnsiTheme="minorBidi"/>
              </w:rPr>
            </w:pPr>
            <w:r w:rsidRPr="00C401AE">
              <w:rPr>
                <w:rFonts w:asciiTheme="minorBidi" w:hAnsiTheme="minorBidi"/>
              </w:rPr>
              <w:t>Exam</w:t>
            </w:r>
          </w:p>
        </w:tc>
        <w:tc>
          <w:tcPr>
            <w:tcW w:w="2359" w:type="dxa"/>
          </w:tcPr>
          <w:p w14:paraId="2B335E21" w14:textId="107AAAD9" w:rsidR="00F90EAC" w:rsidRPr="00C401AE" w:rsidRDefault="00F90EAC" w:rsidP="00F90EAC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Home Exam</w:t>
            </w:r>
          </w:p>
        </w:tc>
      </w:tr>
      <w:tr w:rsidR="00F90EAC" w:rsidRPr="00C401AE" w14:paraId="29B15786" w14:textId="77777777" w:rsidTr="002A4016">
        <w:tc>
          <w:tcPr>
            <w:tcW w:w="974" w:type="dxa"/>
          </w:tcPr>
          <w:p w14:paraId="0A0DD6E7" w14:textId="1B9435DE" w:rsidR="00F90EAC" w:rsidRPr="004975A4" w:rsidRDefault="00F90EAC" w:rsidP="00F90EAC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</w:rPr>
              <w:t>9688</w:t>
            </w:r>
          </w:p>
        </w:tc>
        <w:tc>
          <w:tcPr>
            <w:tcW w:w="2543" w:type="dxa"/>
          </w:tcPr>
          <w:p w14:paraId="4FFA23C6" w14:textId="7B8D88BB" w:rsidR="00F90EAC" w:rsidRPr="00C401AE" w:rsidRDefault="00F90EAC" w:rsidP="00F90EAC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Machine Learning</w:t>
            </w:r>
            <w:r w:rsidRPr="00C401AE">
              <w:rPr>
                <w:rFonts w:asciiTheme="minorBidi" w:hAnsiTheme="minorBidi"/>
              </w:rPr>
              <w:t xml:space="preserve"> </w:t>
            </w:r>
          </w:p>
        </w:tc>
        <w:tc>
          <w:tcPr>
            <w:tcW w:w="2061" w:type="dxa"/>
          </w:tcPr>
          <w:p w14:paraId="4A3B4430" w14:textId="34BBDF5B" w:rsidR="00F90EAC" w:rsidRPr="00C401AE" w:rsidRDefault="00F90EAC" w:rsidP="00F90EAC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Natalia Kuritz</w:t>
            </w:r>
            <w:r w:rsidRPr="00C401AE">
              <w:rPr>
                <w:rFonts w:asciiTheme="minorBidi" w:hAnsiTheme="minorBidi"/>
              </w:rPr>
              <w:t xml:space="preserve"> </w:t>
            </w:r>
          </w:p>
        </w:tc>
        <w:tc>
          <w:tcPr>
            <w:tcW w:w="1513" w:type="dxa"/>
          </w:tcPr>
          <w:p w14:paraId="5EB3B66F" w14:textId="1805436F" w:rsidR="00F90EAC" w:rsidRPr="00C401AE" w:rsidRDefault="00F90EAC" w:rsidP="00F90EAC">
            <w:pPr>
              <w:rPr>
                <w:rFonts w:asciiTheme="minorBidi" w:hAnsiTheme="minorBidi"/>
              </w:rPr>
            </w:pPr>
            <w:r w:rsidRPr="00C401AE">
              <w:rPr>
                <w:rFonts w:asciiTheme="minorBidi" w:hAnsiTheme="minorBidi"/>
              </w:rPr>
              <w:t>Exam</w:t>
            </w:r>
          </w:p>
        </w:tc>
        <w:tc>
          <w:tcPr>
            <w:tcW w:w="2359" w:type="dxa"/>
          </w:tcPr>
          <w:p w14:paraId="2F6AA7BA" w14:textId="0B68E1E1" w:rsidR="00F90EAC" w:rsidRPr="00C401AE" w:rsidRDefault="00F90EAC" w:rsidP="00F90EAC">
            <w:pPr>
              <w:rPr>
                <w:rFonts w:asciiTheme="minorBidi" w:hAnsiTheme="minorBidi"/>
              </w:rPr>
            </w:pPr>
            <w:r w:rsidRPr="00C401AE">
              <w:rPr>
                <w:rFonts w:asciiTheme="minorBidi" w:hAnsiTheme="minorBidi"/>
              </w:rPr>
              <w:t>Assignment</w:t>
            </w:r>
          </w:p>
        </w:tc>
      </w:tr>
      <w:tr w:rsidR="00F90EAC" w:rsidRPr="00C401AE" w14:paraId="04570BF0" w14:textId="77777777" w:rsidTr="002A4016">
        <w:tc>
          <w:tcPr>
            <w:tcW w:w="974" w:type="dxa"/>
          </w:tcPr>
          <w:p w14:paraId="13777810" w14:textId="4F946EBF" w:rsidR="00F90EAC" w:rsidRPr="00C401AE" w:rsidRDefault="00F90EAC" w:rsidP="00F90EAC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b/>
                <w:bCs/>
              </w:rPr>
              <w:t>26002</w:t>
            </w:r>
          </w:p>
        </w:tc>
        <w:tc>
          <w:tcPr>
            <w:tcW w:w="2543" w:type="dxa"/>
          </w:tcPr>
          <w:p w14:paraId="6945C31E" w14:textId="0A1E2383" w:rsidR="00F90EAC" w:rsidRPr="00C401AE" w:rsidRDefault="00F90EAC" w:rsidP="00F90EAC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Computational Thinking and Programing</w:t>
            </w:r>
          </w:p>
        </w:tc>
        <w:tc>
          <w:tcPr>
            <w:tcW w:w="2061" w:type="dxa"/>
          </w:tcPr>
          <w:p w14:paraId="345B56C7" w14:textId="54B93220" w:rsidR="00F90EAC" w:rsidRPr="00C401AE" w:rsidRDefault="00F90EAC" w:rsidP="00F90EAC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Ofir</w:t>
            </w:r>
            <w:r w:rsidRPr="00C401AE">
              <w:rPr>
                <w:rFonts w:asciiTheme="minorBidi" w:hAnsiTheme="minorBidi"/>
              </w:rPr>
              <w:t xml:space="preserve"> </w:t>
            </w:r>
            <w:r>
              <w:rPr>
                <w:rFonts w:asciiTheme="minorBidi" w:hAnsiTheme="minorBidi"/>
              </w:rPr>
              <w:t>Bear</w:t>
            </w:r>
          </w:p>
        </w:tc>
        <w:tc>
          <w:tcPr>
            <w:tcW w:w="1513" w:type="dxa"/>
          </w:tcPr>
          <w:p w14:paraId="2F1CD3F4" w14:textId="4508C876" w:rsidR="00F90EAC" w:rsidRPr="00C401AE" w:rsidRDefault="00F90EAC" w:rsidP="00F90EAC">
            <w:pPr>
              <w:rPr>
                <w:rFonts w:asciiTheme="minorBidi" w:hAnsiTheme="minorBidi"/>
              </w:rPr>
            </w:pPr>
            <w:r w:rsidRPr="00C401AE">
              <w:rPr>
                <w:rFonts w:asciiTheme="minorBidi" w:hAnsiTheme="minorBidi"/>
              </w:rPr>
              <w:t>Exam</w:t>
            </w:r>
          </w:p>
        </w:tc>
        <w:tc>
          <w:tcPr>
            <w:tcW w:w="2359" w:type="dxa"/>
          </w:tcPr>
          <w:p w14:paraId="7FFC124D" w14:textId="0560731F" w:rsidR="00F90EAC" w:rsidRPr="005F49C8" w:rsidRDefault="00F90EAC" w:rsidP="00E14171">
            <w:pPr>
              <w:rPr>
                <w:rFonts w:asciiTheme="minorBidi" w:hAnsiTheme="minorBidi"/>
              </w:rPr>
            </w:pPr>
            <w:r w:rsidRPr="005F49C8">
              <w:rPr>
                <w:rFonts w:asciiTheme="minorBidi" w:hAnsiTheme="minorBidi"/>
              </w:rPr>
              <w:t xml:space="preserve">Assignment / </w:t>
            </w:r>
            <w:r w:rsidR="005F49C8" w:rsidRPr="005F49C8">
              <w:rPr>
                <w:rFonts w:asciiTheme="minorBidi" w:hAnsiTheme="minorBidi"/>
              </w:rPr>
              <w:t>M</w:t>
            </w:r>
            <w:r w:rsidR="00E14171" w:rsidRPr="005F49C8">
              <w:rPr>
                <w:rFonts w:asciiTheme="minorBidi" w:hAnsiTheme="minorBidi"/>
              </w:rPr>
              <w:t>odified exam</w:t>
            </w:r>
            <w:r w:rsidRPr="005F49C8">
              <w:rPr>
                <w:rFonts w:asciiTheme="minorBidi" w:hAnsiTheme="minorBidi"/>
              </w:rPr>
              <w:t xml:space="preserve"> </w:t>
            </w:r>
          </w:p>
        </w:tc>
      </w:tr>
    </w:tbl>
    <w:p w14:paraId="601CD345" w14:textId="77777777" w:rsidR="00206A2E" w:rsidRDefault="00C62458" w:rsidP="00F40F62">
      <w:pPr>
        <w:ind w:left="-432"/>
        <w:rPr>
          <w:rFonts w:asciiTheme="minorBidi" w:hAnsiTheme="minorBidi"/>
        </w:rPr>
      </w:pPr>
      <w:r w:rsidRPr="00C401AE">
        <w:rPr>
          <w:rFonts w:asciiTheme="minorBidi" w:hAnsiTheme="minorBidi"/>
        </w:rPr>
        <w:br/>
        <w:t>We would like to once again thank you for your meaningful service and contribution.</w:t>
      </w:r>
      <w:r w:rsidRPr="00C401AE">
        <w:rPr>
          <w:rFonts w:asciiTheme="minorBidi" w:hAnsiTheme="minorBidi"/>
        </w:rPr>
        <w:br/>
      </w:r>
      <w:r w:rsidRPr="00C401AE">
        <w:rPr>
          <w:rFonts w:asciiTheme="minorBidi" w:hAnsiTheme="minorBidi"/>
        </w:rPr>
        <w:br/>
        <w:t>We wish you great success,</w:t>
      </w:r>
      <w:r w:rsidRPr="00C401AE">
        <w:rPr>
          <w:rFonts w:asciiTheme="minorBidi" w:hAnsiTheme="minorBidi"/>
        </w:rPr>
        <w:br/>
      </w:r>
    </w:p>
    <w:p w14:paraId="0DF5733A" w14:textId="17BD9C2B" w:rsidR="00206A2E" w:rsidRDefault="00C62458" w:rsidP="00F40F62">
      <w:pPr>
        <w:ind w:left="-432"/>
        <w:rPr>
          <w:rFonts w:asciiTheme="minorBidi" w:hAnsiTheme="minorBidi"/>
        </w:rPr>
      </w:pPr>
      <w:r w:rsidRPr="00C401AE">
        <w:rPr>
          <w:rFonts w:asciiTheme="minorBidi" w:hAnsiTheme="minorBidi"/>
        </w:rPr>
        <w:t xml:space="preserve">Dean’s Office </w:t>
      </w:r>
    </w:p>
    <w:p w14:paraId="746EEDC3" w14:textId="157A8143" w:rsidR="00246CBD" w:rsidRPr="00C401AE" w:rsidRDefault="00C62458" w:rsidP="00F40F62">
      <w:pPr>
        <w:ind w:left="-432"/>
        <w:rPr>
          <w:rFonts w:asciiTheme="minorBidi" w:hAnsiTheme="minorBidi"/>
        </w:rPr>
      </w:pPr>
      <w:r w:rsidRPr="00C401AE">
        <w:rPr>
          <w:rFonts w:asciiTheme="minorBidi" w:hAnsiTheme="minorBidi"/>
        </w:rPr>
        <w:t>Adelson School of Entrepreneurship</w:t>
      </w:r>
    </w:p>
    <w:sectPr w:rsidR="00246CBD" w:rsidRPr="00C401A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84316400">
    <w:abstractNumId w:val="8"/>
  </w:num>
  <w:num w:numId="2" w16cid:durableId="315040452">
    <w:abstractNumId w:val="6"/>
  </w:num>
  <w:num w:numId="3" w16cid:durableId="849031004">
    <w:abstractNumId w:val="5"/>
  </w:num>
  <w:num w:numId="4" w16cid:durableId="3670080">
    <w:abstractNumId w:val="4"/>
  </w:num>
  <w:num w:numId="5" w16cid:durableId="682124879">
    <w:abstractNumId w:val="7"/>
  </w:num>
  <w:num w:numId="6" w16cid:durableId="213859805">
    <w:abstractNumId w:val="3"/>
  </w:num>
  <w:num w:numId="7" w16cid:durableId="1772314424">
    <w:abstractNumId w:val="2"/>
  </w:num>
  <w:num w:numId="8" w16cid:durableId="1292858149">
    <w:abstractNumId w:val="1"/>
  </w:num>
  <w:num w:numId="9" w16cid:durableId="1676574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3663"/>
    <w:rsid w:val="00034616"/>
    <w:rsid w:val="0006063C"/>
    <w:rsid w:val="000A7091"/>
    <w:rsid w:val="000B7688"/>
    <w:rsid w:val="000E3B0B"/>
    <w:rsid w:val="000F370A"/>
    <w:rsid w:val="00106411"/>
    <w:rsid w:val="00132748"/>
    <w:rsid w:val="0015074B"/>
    <w:rsid w:val="001B43A2"/>
    <w:rsid w:val="00206A2E"/>
    <w:rsid w:val="00246CBD"/>
    <w:rsid w:val="002868DF"/>
    <w:rsid w:val="0029639D"/>
    <w:rsid w:val="002A4016"/>
    <w:rsid w:val="002C48C9"/>
    <w:rsid w:val="002E2BDA"/>
    <w:rsid w:val="00326F90"/>
    <w:rsid w:val="003556A3"/>
    <w:rsid w:val="003C0AE0"/>
    <w:rsid w:val="003E2543"/>
    <w:rsid w:val="00407F86"/>
    <w:rsid w:val="00427FE0"/>
    <w:rsid w:val="0046083C"/>
    <w:rsid w:val="004725ED"/>
    <w:rsid w:val="004975A4"/>
    <w:rsid w:val="0053204A"/>
    <w:rsid w:val="005B70B0"/>
    <w:rsid w:val="005F49C8"/>
    <w:rsid w:val="00757348"/>
    <w:rsid w:val="00792746"/>
    <w:rsid w:val="009014AF"/>
    <w:rsid w:val="009379A9"/>
    <w:rsid w:val="009A0020"/>
    <w:rsid w:val="00A1006F"/>
    <w:rsid w:val="00AA1D8D"/>
    <w:rsid w:val="00AC72A3"/>
    <w:rsid w:val="00AC7684"/>
    <w:rsid w:val="00B2647C"/>
    <w:rsid w:val="00B31E27"/>
    <w:rsid w:val="00B47730"/>
    <w:rsid w:val="00B85B52"/>
    <w:rsid w:val="00BC7F07"/>
    <w:rsid w:val="00C03656"/>
    <w:rsid w:val="00C04BF0"/>
    <w:rsid w:val="00C207EC"/>
    <w:rsid w:val="00C401AE"/>
    <w:rsid w:val="00C43FF8"/>
    <w:rsid w:val="00C62458"/>
    <w:rsid w:val="00CB0664"/>
    <w:rsid w:val="00CD5516"/>
    <w:rsid w:val="00D20246"/>
    <w:rsid w:val="00DE55B7"/>
    <w:rsid w:val="00E14171"/>
    <w:rsid w:val="00E46284"/>
    <w:rsid w:val="00EF5592"/>
    <w:rsid w:val="00EF6BB6"/>
    <w:rsid w:val="00F40F62"/>
    <w:rsid w:val="00F71348"/>
    <w:rsid w:val="00F90EAC"/>
    <w:rsid w:val="00FB729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075911"/>
  <w14:defaultImageDpi w14:val="300"/>
  <w15:docId w15:val="{23A58AC9-1754-48F8-A6F3-AD99D5252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Sharon Zahavi</cp:lastModifiedBy>
  <cp:revision>34</cp:revision>
  <dcterms:created xsi:type="dcterms:W3CDTF">2026-05-03T11:17:00Z</dcterms:created>
  <dcterms:modified xsi:type="dcterms:W3CDTF">2026-06-08T10:15:00Z</dcterms:modified>
  <cp:category/>
</cp:coreProperties>
</file>